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Fiber optic technician</w:t>
      </w:r>
    </w:p>
    <w:p>
      <w:pPr>
        <w:pStyle w:val="Subtitle"/>
      </w:pPr>
      <w:r>
        <w:t>Job description template</w:t>
      </w:r>
    </w:p>
    <w:p>
      <w:r>
        <w:t>Replace every bracketed field, remove duties outside the opening and check the details before posting.</w:t>
      </w:r>
    </w:p>
    <w:p>
      <w:pPr>
        <w:pStyle w:val="Heading1"/>
      </w:pPr>
      <w:r>
        <w:t>The opening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28"/>
        <w:gridCol w:w="8208"/>
      </w:tblGrid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Company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[Company name]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Location</w:t>
            </w:r>
          </w:p>
        </w:tc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[City, state and service area]</w:t>
            </w:r>
          </w:p>
        </w:tc>
      </w:tr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Pay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[Range, currency and hourly or annual basis]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Schedule</w:t>
            </w:r>
          </w:p>
        </w:tc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[Days, hours, on-call and overtime expectations]</w:t>
            </w:r>
          </w:p>
        </w:tc>
      </w:tr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Employment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[Full-time, part-time or temporary]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Travel</w:t>
            </w:r>
          </w:p>
        </w:tc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[Area, frequency and overnight requirements]</w:t>
            </w:r>
          </w:p>
        </w:tc>
      </w:tr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Benefits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[The benefits actually offered]</w:t>
            </w:r>
          </w:p>
        </w:tc>
      </w:tr>
    </w:tbl>
    <w:p>
      <w:pPr>
        <w:pStyle w:val="Heading1"/>
      </w:pPr>
      <w:r>
        <w:t>The work</w:t>
      </w:r>
    </w:p>
    <w:p>
      <w:r>
        <w:t>We are hiring a fiber optic technician for [premises / outside-plant / data-center] work. The assignment covers [pulling and dressing / preterminated assemblies / connector termination / fusion splicing / testing] of [single-mode / multimode] fiber. Follow the route and splice plans and deliver the specified acceptance records.</w:t>
      </w:r>
    </w:p>
    <w:p>
      <w:r>
        <w:t>Cable, fiber and connector types: [name, including LC/MPO or others actually used]. Splicer and test equipment: [name]. Required loss, polarity and OTDR tests, acceptance limits and report format: [specify].</w:t>
      </w:r>
    </w:p>
    <w:p>
      <w:r>
        <w:br w:type="page"/>
      </w:r>
    </w:p>
    <w:p>
      <w:pPr>
        <w:pStyle w:val="Heading1"/>
      </w:pPr>
      <w:r>
        <w:t>Your responsibilities</w:t>
      </w:r>
    </w:p>
    <w:p>
      <w:pPr>
        <w:pStyle w:val="ListBullet"/>
      </w:pPr>
      <w:r>
        <w:t>Identify the assigned fiber, connectors, routes and splice or port schedule before installation.</w:t>
      </w:r>
    </w:p>
    <w:p>
      <w:pPr>
        <w:pStyle w:val="ListBullet"/>
      </w:pPr>
      <w:r>
        <w:t>Pull, support and dress cable within manufacturer bend-radius and pulling-tension limits.</w:t>
      </w:r>
    </w:p>
    <w:p>
      <w:pPr>
        <w:pStyle w:val="ListBullet"/>
      </w:pPr>
      <w:r>
        <w:t>Terminate or fusion-splice assigned fibers, protect splices and organize trays or enclosures.</w:t>
      </w:r>
    </w:p>
    <w:p>
      <w:pPr>
        <w:pStyle w:val="ListBullet"/>
      </w:pPr>
      <w:r>
        <w:t>Inspect connector end faces and clean/reinspect as needed with appropriate equipment.</w:t>
      </w:r>
    </w:p>
    <w:p>
      <w:pPr>
        <w:pStyle w:val="ListBullet"/>
      </w:pPr>
      <w:r>
        <w:t>Test required polarity and insertion loss; perform OTDR testing where specified and investigate failures.</w:t>
      </w:r>
    </w:p>
    <w:p>
      <w:pPr>
        <w:pStyle w:val="ListBullet"/>
      </w:pPr>
      <w:r>
        <w:t>Deliver matching endpoint labels, splice/port records, native test files and corrected drawings.</w:t>
      </w:r>
    </w:p>
    <w:p>
      <w:pPr>
        <w:pStyle w:val="Heading1"/>
      </w:pPr>
      <w:r>
        <w:t>Experience we need</w:t>
      </w:r>
    </w:p>
    <w:p>
      <w:pPr>
        <w:pStyle w:val="ListBullet"/>
      </w:pPr>
      <w:r>
        <w:t>Personal experience with the specific installation, termination, splicing and test duties listed above.</w:t>
      </w:r>
    </w:p>
    <w:p>
      <w:pPr>
        <w:pStyle w:val="ListBullet"/>
      </w:pPr>
      <w:r>
        <w:t>Ability to explain fiber/connector types and protect cable and connections during installation.</w:t>
      </w:r>
    </w:p>
    <w:p>
      <w:pPr>
        <w:pStyle w:val="ListBullet"/>
      </w:pPr>
      <w:r>
        <w:t>Experience setting up the assigned tests, interpreting failed results and saving traceable reports.</w:t>
      </w:r>
    </w:p>
    <w:p>
      <w:pPr>
        <w:pStyle w:val="ListBullet"/>
      </w:pPr>
      <w:r>
        <w:t>Required credentials, site access or travel requirements: [state only what the assignment needs].</w:t>
      </w:r>
    </w:p>
    <w:p>
      <w:pPr>
        <w:pStyle w:val="Heading1"/>
      </w:pPr>
      <w:r>
        <w:t>What we provide</w:t>
      </w:r>
    </w:p>
    <w:p>
      <w:r>
        <w:t>[Supervision, training, tools, PPE, software access and other support provided by the employer.]</w:t>
      </w:r>
    </w:p>
    <w:p>
      <w:pPr>
        <w:pStyle w:val="Heading1"/>
      </w:pPr>
      <w:r>
        <w:t>How to apply</w:t>
      </w:r>
    </w:p>
    <w:p>
      <w:r>
        <w:t>[Application link and any job-related evidence requested.]</w:t>
      </w:r>
    </w:p>
    <w:p>
      <w:pPr>
        <w:spacing w:before="200"/>
      </w:pPr>
      <w:hyperlink r:id="rId11">
        <w:r>
          <w:rPr>
            <w:color w:val="1D4ED8"/>
            <w:sz w:val="18"/>
          </w:rPr>
          <w:t>Role guidance and interview scorecard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152" w:bottom="936" w:left="1152" w:header="461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936" w:val="right"/>
      </w:tabs>
    </w:pPr>
    <w:hyperlink r:id="rId1">
      <w:r>
        <w:rPr>
          <w:color w:val="1D4ED8"/>
          <w:sz w:val="18"/>
        </w:rPr>
        <w:t>bestelectricianjobs.com</w:t>
      </w:r>
    </w:hyperlink>
    <w:r>
      <w:rPr>
        <w:sz w:val="18"/>
      </w:rPr>
      <w:tab/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10312" cy="21031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leclo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312" cy="21031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sz w:val="20"/>
      </w:rPr>
      <w:t xml:space="preserve">  Best Electrician Jobs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14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8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312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estelectricianjobs.com/hiring/tools/fiber-optic-technicians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bestelectricianjobs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Fiber optic technician job description template</dc:title>
  <dc:subject>Employer hiring tool</dc:subject>
  <dc:creator>Best Electrician Jobs</dc:creator>
  <cp:keywords/>
  <dc:description/>
  <cp:lastModifiedBy>Best Electrician Jobs</cp:lastModifiedBy>
  <cp:revision>1</cp:revision>
  <dcterms:created xsi:type="dcterms:W3CDTF">2026-10-02T00:00:00Z</dcterms:created>
  <dcterms:modified xsi:type="dcterms:W3CDTF">2026-10-02T00:00:00Z</dcterms:modified>
  <cp:category/>
</cp:coreProperties>
</file>