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Commercial electrician</w:t>
      </w:r>
    </w:p>
    <w:p>
      <w:pPr>
        <w:pStyle w:val="Subtitle"/>
      </w:pPr>
      <w:r>
        <w:t>Job description template</w:t>
      </w:r>
    </w:p>
    <w:p>
      <w:r>
        <w:t>Replace every bracketed field, remove duties outside the opening and check the details before posting.</w:t>
      </w:r>
    </w:p>
    <w:p>
      <w:pPr>
        <w:pStyle w:val="Heading1"/>
      </w:pPr>
      <w:r>
        <w:t>The opening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8208"/>
      </w:tblGrid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Company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[Company name]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Location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[City, state and service area]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Pay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[Range, currency and hourly or annual basis]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Schedule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[Days, hours, on-call and overtime expectations]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Employment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[Full-time, part-time or temporary]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Travel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[Area, frequency and overnight requirements]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Benefits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[The benefits actually offered]</w:t>
            </w:r>
          </w:p>
        </w:tc>
      </w:tr>
    </w:tbl>
    <w:p>
      <w:pPr>
        <w:pStyle w:val="Heading1"/>
      </w:pPr>
      <w:r>
        <w:t>The work</w:t>
      </w:r>
    </w:p>
    <w:p>
      <w:r>
        <w:t>We are hiring a commercial electrician for [data-center construction / fit-out / a defined operating-site electrical package]. Work includes [conduit, supports, feeders, grounding, distribution equipment and assigned UPS or battery-cabinet connections]. Follow approved electrical drawings under [foreman]. UPS startup, switching and maintenance belong only to the expressly authorized scope.</w:t>
      </w:r>
    </w:p>
    <w:p>
      <w:r>
        <w:t>Raceway and equipment: [EMT/RMC, tray or busway, panels/switchgear, UPS and battery cabinets actually assigned]. Voltages and conductor sizes: [specify]. Site work-control, qualified supervision and OEM/commissioning boundaries: [describe].</w:t>
      </w:r>
    </w:p>
    <w:p>
      <w:r>
        <w:br w:type="page"/>
      </w:r>
    </w:p>
    <w:p>
      <w:pPr>
        <w:pStyle w:val="Heading1"/>
      </w:pPr>
      <w:r>
        <w:t>Your responsibilities</w:t>
      </w:r>
    </w:p>
    <w:p>
      <w:pPr>
        <w:pStyle w:val="ListBullet"/>
      </w:pPr>
      <w:r>
        <w:t>Lay out, bend and install the specified conduit, boxes and supports from approved electrical drawings.</w:t>
      </w:r>
    </w:p>
    <w:p>
      <w:pPr>
        <w:pStyle w:val="ListBullet"/>
      </w:pPr>
      <w:r>
        <w:t>Prepare feeder pulls, install conductors and keep circuit and equipment identification accurate.</w:t>
      </w:r>
    </w:p>
    <w:p>
      <w:pPr>
        <w:pStyle w:val="ListBullet"/>
      </w:pPr>
      <w:r>
        <w:t>Install assigned distribution equipment, grounding and bonding, and terminate conductors to approved requirements.</w:t>
      </w:r>
    </w:p>
    <w:p>
      <w:pPr>
        <w:pStyle w:val="ListBullet"/>
      </w:pPr>
      <w:r>
        <w:t>Complete assigned UPS input/output, bypass or battery-cabinet wiring with the responsible qualified team.</w:t>
      </w:r>
    </w:p>
    <w:p>
      <w:pPr>
        <w:pStyle w:val="ListBullet"/>
      </w:pPr>
      <w:r>
        <w:t>Follow site isolation and work authorization; record required installation checks, defects and drawing changes.</w:t>
      </w:r>
    </w:p>
    <w:p>
      <w:pPr>
        <w:pStyle w:val="ListBullet"/>
      </w:pPr>
      <w:r>
        <w:t>Support inspections and commissioning readiness without taking on unassigned switching or OEM startup.</w:t>
      </w:r>
    </w:p>
    <w:p>
      <w:pPr>
        <w:pStyle w:val="Heading1"/>
      </w:pPr>
      <w:r>
        <w:t>Experience we need</w:t>
      </w:r>
    </w:p>
    <w:p>
      <w:pPr>
        <w:pStyle w:val="ListBullet"/>
      </w:pPr>
      <w:r>
        <w:t>Commercial electrical installation experience with the raceways, conductors and equipment named above.</w:t>
      </w:r>
    </w:p>
    <w:p>
      <w:pPr>
        <w:pStyle w:val="ListBullet"/>
      </w:pPr>
      <w:r>
        <w:t>Ability to explain conduit layout, feeder identification, terminations, grounding and checked drawings.</w:t>
      </w:r>
    </w:p>
    <w:p>
      <w:pPr>
        <w:pStyle w:val="ListBullet"/>
      </w:pPr>
      <w:r>
        <w:t>Experience following electrical safety and site work-control procedures appropriate to the assigned work.</w:t>
      </w:r>
    </w:p>
    <w:p>
      <w:pPr>
        <w:pStyle w:val="ListBullet"/>
      </w:pPr>
      <w:r>
        <w:t>Required local electrical license/registration and qualifications: [verify]; UPS-specific training only where assigned.</w:t>
      </w:r>
    </w:p>
    <w:p>
      <w:pPr>
        <w:pStyle w:val="Heading1"/>
      </w:pPr>
      <w:r>
        <w:t>What we provide</w:t>
      </w:r>
    </w:p>
    <w:p>
      <w:r>
        <w:t>[Supervision, training, tools, PPE, software access and other support provided by the employer.]</w:t>
      </w:r>
    </w:p>
    <w:p>
      <w:pPr>
        <w:pStyle w:val="Heading1"/>
      </w:pPr>
      <w:r>
        <w:t>How to apply</w:t>
      </w:r>
    </w:p>
    <w:p>
      <w:r>
        <w:t>[Application link and any job-related evidence requested.]</w:t>
      </w:r>
    </w:p>
    <w:p>
      <w:pPr>
        <w:spacing w:before="200"/>
      </w:pPr>
      <w:hyperlink r:id="rId11">
        <w:r>
          <w:rPr>
            <w:color w:val="1D4ED8"/>
            <w:sz w:val="18"/>
          </w:rPr>
          <w:t>Role guidance and interview scorecard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936" w:left="1152" w:header="461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36" w:val="right"/>
      </w:tabs>
    </w:pPr>
    <w:hyperlink r:id="rId1">
      <w:r>
        <w:rPr>
          <w:color w:val="1D4ED8"/>
          <w:sz w:val="18"/>
        </w:rPr>
        <w:t>bestelectricianjobs.com</w:t>
      </w:r>
    </w:hyperlink>
    <w:r>
      <w:rPr>
        <w:sz w:val="18"/>
      </w:rPr>
      <w:tab/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0312" cy="21031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leclo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312" cy="21031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20"/>
      </w:rPr>
      <w:t xml:space="preserve">  Best Electrician Jobs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12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estelectricianjobs.com/hiring/tools/data-center-electricians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bestelectricianjobs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electrician job description template</dc:title>
  <dc:subject>Employer hiring tool</dc:subject>
  <dc:creator>Best Electrician Jobs</dc:creator>
  <cp:keywords/>
  <dc:description/>
  <cp:lastModifiedBy>Best Electrician Jobs</cp:lastModifiedBy>
  <cp:revision>1</cp:revision>
  <dcterms:created xsi:type="dcterms:W3CDTF">2026-10-02T00:00:00Z</dcterms:created>
  <dcterms:modified xsi:type="dcterms:W3CDTF">2026-10-02T00:00:00Z</dcterms:modified>
  <cp:category/>
</cp:coreProperties>
</file>