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Crestron programmer</w:t>
      </w:r>
    </w:p>
    <w:p>
      <w:pPr>
        <w:pStyle w:val="Subtitle"/>
      </w:pPr>
      <w:r>
        <w:t>Job description template</w:t>
      </w:r>
    </w:p>
    <w:p>
      <w:r>
        <w:t>Replace every bracketed field, remove duties outside the opening and check the details before posting.</w:t>
      </w:r>
    </w:p>
    <w:p>
      <w:pPr>
        <w:pStyle w:val="Heading1"/>
      </w:pPr>
      <w:r>
        <w:t>The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Company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[Company name]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Location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[City, state and service area]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Pay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[Range, currency and hourly or annual basis]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Schedule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[Days, hours, on-call and overtime expectations]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Employment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[Full-time, part-time or temporary]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Travel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[Area, frequency and overnight requirements]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Benefits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[The benefits actually offered]</w:t>
            </w:r>
          </w:p>
        </w:tc>
      </w:tr>
    </w:tbl>
    <w:p>
      <w:pPr>
        <w:pStyle w:val="Heading1"/>
      </w:pPr>
      <w:r>
        <w:t>The work</w:t>
      </w:r>
    </w:p>
    <w:p>
      <w:r>
        <w:t>We are hiring a Crestron [custom programmer / Crestron Home configurator] for [residential / commercial AV] projects. You will deliver the approved room behavior on [processor and platform], including [user interfaces, device control and integrations]. Work with [AV lead and network contact] to test the installed system and leave editable project files.</w:t>
      </w:r>
    </w:p>
    <w:p>
      <w:r>
        <w:t>Platform and tools: [SIMPL, SIMPL+, SIMPL# Pro, HTML5 UI / Crestron Home and its supported configuration tools]. Processor, interfaces and third-party devices: [name the actual equipment].</w:t>
      </w:r>
    </w:p>
    <w:p>
      <w:r>
        <w:br w:type="page"/>
      </w:r>
    </w:p>
    <w:p>
      <w:pPr>
        <w:pStyle w:val="Heading1"/>
      </w:pPr>
      <w:r>
        <w:t>Your responsibilities</w:t>
      </w:r>
    </w:p>
    <w:p>
      <w:pPr>
        <w:pStyle w:val="ListBullet"/>
      </w:pPr>
      <w:r>
        <w:t>Translate approved room functions into control logic or platform configuration and user-interface behavior.</w:t>
      </w:r>
    </w:p>
    <w:p>
      <w:pPr>
        <w:pStyle w:val="ListBullet"/>
      </w:pPr>
      <w:r>
        <w:t>Configure assigned device addresses, ports and communication settings with the installation and network teams.</w:t>
      </w:r>
    </w:p>
    <w:p>
      <w:pPr>
        <w:pStyle w:val="ListBullet"/>
      </w:pPr>
      <w:r>
        <w:t>Implement and test third-party commands, feedback and connection recovery for the devices in scope.</w:t>
      </w:r>
    </w:p>
    <w:p>
      <w:pPr>
        <w:pStyle w:val="ListBullet"/>
      </w:pPr>
      <w:r>
        <w:t>Trace control faults from the interface through logic, transport and device response using platform tools.</w:t>
      </w:r>
    </w:p>
    <w:p>
      <w:pPr>
        <w:pStyle w:val="ListBullet"/>
      </w:pPr>
      <w:r>
        <w:t>Test startup, source selection, feedback and agreed failure or reconnection cases on the installed system.</w:t>
      </w:r>
    </w:p>
    <w:p>
      <w:pPr>
        <w:pStyle w:val="ListBullet"/>
      </w:pPr>
      <w:r>
        <w:t>Deliver editable source, UI files, custom modules, dependencies, backups and an accurate unresolved-item list.</w:t>
      </w:r>
    </w:p>
    <w:p>
      <w:pPr>
        <w:pStyle w:val="Heading1"/>
      </w:pPr>
      <w:r>
        <w:t>Experience we need</w:t>
      </w:r>
    </w:p>
    <w:p>
      <w:pPr>
        <w:pStyle w:val="ListBullet"/>
      </w:pPr>
      <w:r>
        <w:t>Personal project experience on the processor, platform and tools named above.</w:t>
      </w:r>
    </w:p>
    <w:p>
      <w:pPr>
        <w:pStyle w:val="ListBullet"/>
      </w:pPr>
      <w:r>
        <w:t>Ability to explain control logic or Home configuration and the third-party interfaces actually delivered.</w:t>
      </w:r>
    </w:p>
    <w:p>
      <w:pPr>
        <w:pStyle w:val="ListBullet"/>
      </w:pPr>
      <w:r>
        <w:t>Experience debugging a control path and maintaining a project another programmer can open and support.</w:t>
      </w:r>
    </w:p>
    <w:p>
      <w:pPr>
        <w:pStyle w:val="ListBullet"/>
      </w:pPr>
      <w:r>
        <w:t>Required platform training or dealer access: [specify]; software access and specialist support provided: [specify].</w:t>
      </w:r>
    </w:p>
    <w:p>
      <w:pPr>
        <w:pStyle w:val="Heading1"/>
      </w:pPr>
      <w:r>
        <w:t>What we provide</w:t>
      </w:r>
    </w:p>
    <w:p>
      <w:r>
        <w:t>[Supervision, training, tools, PPE, software access and other support provided by the employer.]</w:t>
      </w:r>
    </w:p>
    <w:p>
      <w:pPr>
        <w:pStyle w:val="Heading1"/>
      </w:pPr>
      <w:r>
        <w:t>How to apply</w:t>
      </w:r>
    </w:p>
    <w:p>
      <w:r>
        <w:t>[Application link and any job-related evidence requested.]</w:t>
      </w:r>
    </w:p>
    <w:p>
      <w:pPr>
        <w:spacing w:before="200"/>
      </w:pPr>
      <w:hyperlink r:id="rId11">
        <w:r>
          <w:rPr>
            <w:color w:val="1D4ED8"/>
            <w:sz w:val="18"/>
          </w:rPr>
          <w:t>Role guidance and interview scorecard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936" w:left="1152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hyperlink r:id="rId1">
      <w:r>
        <w:rPr>
          <w:color w:val="1D4ED8"/>
          <w:sz w:val="18"/>
        </w:rPr>
        <w:t>bestelectricianjobs.com</w:t>
      </w:r>
    </w:hyperlink>
    <w:r>
      <w:rPr>
        <w:sz w:val="18"/>
      </w:rPr>
      <w:tab/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0312" cy="2103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leclo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312" cy="21031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20"/>
      </w:rPr>
      <w:t xml:space="preserve">  Best Electrician Jobs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1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estelectricianjobs.com/hiring/tools/crestron-programmer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bestelectricianjob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Crestron programmer job description template</dc:title>
  <dc:subject>Employer hiring tool</dc:subject>
  <dc:creator>Best Electrician Jobs</dc:creator>
  <cp:keywords/>
  <dc:description/>
  <cp:lastModifiedBy>Best Electrician Jobs</cp:lastModifiedBy>
  <cp:revision>1</cp:revision>
  <dcterms:created xsi:type="dcterms:W3CDTF">2026-10-02T00:00:00Z</dcterms:created>
  <dcterms:modified xsi:type="dcterms:W3CDTF">2026-10-02T00:00:00Z</dcterms:modified>
  <cp:category/>
</cp:coreProperties>
</file>